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1ED32" w14:textId="77777777" w:rsidR="00F44464" w:rsidRDefault="006F4425">
      <w:pPr>
        <w:spacing w:before="60" w:after="40"/>
        <w:jc w:val="center"/>
      </w:pPr>
      <w:r>
        <w:rPr>
          <w:rFonts w:ascii="Arial" w:eastAsia="Arial" w:hAnsi="Arial"/>
          <w:b/>
          <w:sz w:val="21"/>
        </w:rPr>
        <w:t>SCHEDA SPECIFICA A/2</w:t>
      </w:r>
    </w:p>
    <w:p w14:paraId="6E457D97" w14:textId="77777777" w:rsidR="00F44464" w:rsidRDefault="006F4425">
      <w:pPr>
        <w:keepNext/>
        <w:spacing w:after="40"/>
        <w:jc w:val="center"/>
      </w:pPr>
      <w:r>
        <w:rPr>
          <w:rFonts w:ascii="Arial" w:eastAsia="Arial" w:hAnsi="Arial"/>
          <w:b/>
          <w:sz w:val="28"/>
        </w:rPr>
        <w:t>CATEGORIA B1 - STRUTTURE RICETTIVE</w:t>
      </w:r>
    </w:p>
    <w:p w14:paraId="7AEFEF61" w14:textId="77777777" w:rsidR="00F44464" w:rsidRDefault="006F4425">
      <w:pPr>
        <w:spacing w:after="120"/>
        <w:jc w:val="center"/>
      </w:pPr>
      <w:r>
        <w:rPr>
          <w:rFonts w:eastAsia="Times New Roman"/>
          <w:b/>
          <w:sz w:val="21"/>
        </w:rPr>
        <w:t>Scheda di offerta turistica</w:t>
      </w:r>
    </w:p>
    <w:tbl>
      <w:tblPr>
        <w:tblW w:w="10091" w:type="dxa"/>
        <w:tblBorders>
          <w:top w:val="single" w:sz="4" w:space="0" w:color="777777"/>
          <w:left w:val="single" w:sz="4" w:space="0" w:color="777777"/>
          <w:bottom w:val="single" w:sz="4" w:space="0" w:color="777777"/>
          <w:right w:val="single" w:sz="4" w:space="0" w:color="777777"/>
          <w:insideH w:val="single" w:sz="4" w:space="0" w:color="777777"/>
          <w:insideV w:val="single" w:sz="4" w:space="0" w:color="777777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3231"/>
        <w:gridCol w:w="1531"/>
        <w:gridCol w:w="3515"/>
      </w:tblGrid>
      <w:tr w:rsidR="00F44464" w14:paraId="75E265C4" w14:textId="77777777">
        <w:trPr>
          <w:trHeight w:val="351"/>
        </w:trPr>
        <w:tc>
          <w:tcPr>
            <w:tcW w:w="1814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1BF613C" w14:textId="77777777" w:rsidR="00F44464" w:rsidRDefault="006F4425">
            <w:pPr>
              <w:spacing w:after="0"/>
            </w:pPr>
            <w:r>
              <w:rPr>
                <w:rFonts w:eastAsia="Times New Roman"/>
                <w:b/>
                <w:sz w:val="17"/>
              </w:rPr>
              <w:t>Operatore</w:t>
            </w:r>
          </w:p>
        </w:tc>
        <w:tc>
          <w:tcPr>
            <w:tcW w:w="323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6022486" w14:textId="77777777" w:rsidR="00F44464" w:rsidRDefault="006F4425">
            <w:pPr>
              <w:spacing w:after="0"/>
            </w:pPr>
            <w:r>
              <w:rPr>
                <w:rFonts w:eastAsia="Times New Roman"/>
                <w:i/>
                <w:color w:val="5F5F5F"/>
                <w:sz w:val="17"/>
              </w:rPr>
              <w:t>[Denominazione]</w:t>
            </w:r>
          </w:p>
        </w:tc>
        <w:tc>
          <w:tcPr>
            <w:tcW w:w="1531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B3FE779" w14:textId="77777777" w:rsidR="00F44464" w:rsidRDefault="006F4425">
            <w:pPr>
              <w:spacing w:after="0"/>
            </w:pPr>
            <w:r>
              <w:rPr>
                <w:rFonts w:eastAsia="Times New Roman"/>
                <w:b/>
                <w:sz w:val="17"/>
              </w:rPr>
              <w:t>C.F./P. IVA</w:t>
            </w:r>
          </w:p>
        </w:tc>
        <w:tc>
          <w:tcPr>
            <w:tcW w:w="351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D9FC8AC" w14:textId="77777777" w:rsidR="00F44464" w:rsidRDefault="006F4425">
            <w:pPr>
              <w:spacing w:after="0"/>
            </w:pPr>
            <w:r>
              <w:rPr>
                <w:rFonts w:eastAsia="Times New Roman"/>
                <w:i/>
                <w:color w:val="5F5F5F"/>
                <w:sz w:val="17"/>
              </w:rPr>
              <w:t>[Dato]</w:t>
            </w:r>
          </w:p>
        </w:tc>
      </w:tr>
      <w:tr w:rsidR="00F44464" w14:paraId="10A8E45B" w14:textId="77777777">
        <w:trPr>
          <w:trHeight w:val="351"/>
        </w:trPr>
        <w:tc>
          <w:tcPr>
            <w:tcW w:w="1814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9671701" w14:textId="77777777" w:rsidR="00F44464" w:rsidRDefault="006F4425">
            <w:pPr>
              <w:spacing w:after="0"/>
            </w:pPr>
            <w:r>
              <w:rPr>
                <w:rFonts w:eastAsia="Times New Roman"/>
                <w:b/>
                <w:sz w:val="17"/>
              </w:rPr>
              <w:t>Legale rappresentante</w:t>
            </w:r>
          </w:p>
        </w:tc>
        <w:tc>
          <w:tcPr>
            <w:tcW w:w="323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2EA2C26" w14:textId="77777777" w:rsidR="00F44464" w:rsidRDefault="006F4425">
            <w:pPr>
              <w:spacing w:after="0"/>
            </w:pPr>
            <w:r>
              <w:rPr>
                <w:rFonts w:eastAsia="Times New Roman"/>
                <w:i/>
                <w:color w:val="5F5F5F"/>
                <w:sz w:val="17"/>
              </w:rPr>
              <w:t>[Nome e cognome]</w:t>
            </w:r>
          </w:p>
        </w:tc>
        <w:tc>
          <w:tcPr>
            <w:tcW w:w="1531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CAC7CC7" w14:textId="77777777" w:rsidR="00F44464" w:rsidRDefault="006F4425">
            <w:pPr>
              <w:spacing w:after="0"/>
            </w:pPr>
            <w:r>
              <w:rPr>
                <w:rFonts w:eastAsia="Times New Roman"/>
                <w:b/>
                <w:sz w:val="17"/>
              </w:rPr>
              <w:t>PEC</w:t>
            </w:r>
          </w:p>
        </w:tc>
        <w:tc>
          <w:tcPr>
            <w:tcW w:w="351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03BC95F" w14:textId="77777777" w:rsidR="00F44464" w:rsidRDefault="006F4425">
            <w:pPr>
              <w:spacing w:after="0"/>
            </w:pPr>
            <w:r>
              <w:rPr>
                <w:rFonts w:eastAsia="Times New Roman"/>
                <w:i/>
                <w:color w:val="5F5F5F"/>
                <w:sz w:val="17"/>
              </w:rPr>
              <w:t>[Indirizzo PEC]</w:t>
            </w:r>
          </w:p>
        </w:tc>
      </w:tr>
    </w:tbl>
    <w:p w14:paraId="3A4D3C4B" w14:textId="77777777" w:rsidR="00F44464" w:rsidRDefault="006F4425">
      <w:pPr>
        <w:keepNext/>
      </w:pPr>
      <w:r>
        <w:rPr>
          <w:rFonts w:eastAsia="Times New Roman"/>
          <w:i/>
          <w:color w:val="4F4F4F"/>
          <w:sz w:val="18"/>
        </w:rPr>
        <w:t>Descrivere l'offerta e riportare nei campi i dati, i riferimenti e gli eventuali link verificabili. Non allegare ulteriore documentazione.</w:t>
      </w:r>
    </w:p>
    <w:tbl>
      <w:tblPr>
        <w:tblW w:w="10091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26"/>
        <w:gridCol w:w="908"/>
        <w:gridCol w:w="6257"/>
      </w:tblGrid>
      <w:tr w:rsidR="00F44464" w14:paraId="49F3375A" w14:textId="77777777">
        <w:trPr>
          <w:tblHeader/>
        </w:trPr>
        <w:tc>
          <w:tcPr>
            <w:tcW w:w="2926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00EEB29" w14:textId="77777777" w:rsidR="00F44464" w:rsidRDefault="006F4425">
            <w:pPr>
              <w:spacing w:after="0"/>
              <w:jc w:val="center"/>
            </w:pPr>
            <w:r>
              <w:rPr>
                <w:rFonts w:eastAsia="Times New Roman"/>
                <w:b/>
                <w:sz w:val="17"/>
              </w:rPr>
              <w:t>Criterio</w:t>
            </w:r>
          </w:p>
        </w:tc>
        <w:tc>
          <w:tcPr>
            <w:tcW w:w="908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7604EC0" w14:textId="77777777" w:rsidR="00F44464" w:rsidRDefault="006F4425">
            <w:pPr>
              <w:spacing w:after="0"/>
              <w:jc w:val="center"/>
            </w:pPr>
            <w:r>
              <w:rPr>
                <w:rFonts w:eastAsia="Times New Roman"/>
                <w:b/>
                <w:sz w:val="17"/>
              </w:rPr>
              <w:t>Punti max</w:t>
            </w:r>
          </w:p>
        </w:tc>
        <w:tc>
          <w:tcPr>
            <w:tcW w:w="6257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4B9E0D5" w14:textId="77777777" w:rsidR="00F44464" w:rsidRDefault="006F4425">
            <w:pPr>
              <w:spacing w:after="0"/>
              <w:jc w:val="center"/>
            </w:pPr>
            <w:r>
              <w:rPr>
                <w:rFonts w:eastAsia="Times New Roman"/>
                <w:b/>
                <w:sz w:val="17"/>
              </w:rPr>
              <w:t>Elementi dichiarati e riferimenti verificabili</w:t>
            </w:r>
          </w:p>
        </w:tc>
      </w:tr>
      <w:tr w:rsidR="00F44464" w14:paraId="1ADAD0B7" w14:textId="77777777">
        <w:trPr>
          <w:trHeight w:val="1276"/>
        </w:trPr>
        <w:tc>
          <w:tcPr>
            <w:tcW w:w="292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29F47B9" w14:textId="77777777" w:rsidR="00F44464" w:rsidRDefault="006F4425">
            <w:pPr>
              <w:spacing w:after="0"/>
            </w:pPr>
            <w:r>
              <w:rPr>
                <w:rFonts w:eastAsia="Times New Roman"/>
                <w:sz w:val="17"/>
              </w:rPr>
              <w:t>Capacità di accoglienza e servizi offerti al turista</w:t>
            </w:r>
          </w:p>
        </w:tc>
        <w:tc>
          <w:tcPr>
            <w:tcW w:w="9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38F3763" w14:textId="77777777" w:rsidR="00F44464" w:rsidRDefault="006F44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10</w:t>
            </w:r>
          </w:p>
        </w:tc>
        <w:tc>
          <w:tcPr>
            <w:tcW w:w="625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84C86C4" w14:textId="77777777" w:rsidR="00F44464" w:rsidRDefault="006F4425">
            <w:pPr>
              <w:spacing w:after="0"/>
            </w:pPr>
            <w:r>
              <w:rPr>
                <w:rFonts w:eastAsia="Times New Roman"/>
                <w:i/>
                <w:color w:val="5F5F5F"/>
                <w:sz w:val="17"/>
              </w:rPr>
              <w:t>[Indicare tipologia e categoria della struttura, camere/posti letto, lingue, servizi alla clientela turistica e internazionale]</w:t>
            </w:r>
          </w:p>
        </w:tc>
      </w:tr>
      <w:tr w:rsidR="00F44464" w14:paraId="57A5A7B7" w14:textId="77777777">
        <w:trPr>
          <w:trHeight w:val="1134"/>
        </w:trPr>
        <w:tc>
          <w:tcPr>
            <w:tcW w:w="292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785C935" w14:textId="77777777" w:rsidR="00F44464" w:rsidRDefault="006F4425">
            <w:pPr>
              <w:spacing w:after="0"/>
            </w:pPr>
            <w:r>
              <w:rPr>
                <w:rFonts w:eastAsia="Times New Roman"/>
                <w:sz w:val="17"/>
              </w:rPr>
              <w:t>Sito internet con prenotazione o richiesta diretta</w:t>
            </w:r>
          </w:p>
        </w:tc>
        <w:tc>
          <w:tcPr>
            <w:tcW w:w="9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284D018" w14:textId="77777777" w:rsidR="00F44464" w:rsidRDefault="006F44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10</w:t>
            </w:r>
          </w:p>
        </w:tc>
        <w:tc>
          <w:tcPr>
            <w:tcW w:w="625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C2FFA63" w14:textId="77777777" w:rsidR="00F44464" w:rsidRDefault="006F4425">
            <w:pPr>
              <w:spacing w:after="0"/>
            </w:pPr>
            <w:r>
              <w:rPr>
                <w:rFonts w:eastAsia="Times New Roman"/>
                <w:i/>
                <w:color w:val="5F5F5F"/>
                <w:sz w:val="17"/>
              </w:rPr>
              <w:t>[Indicare URL del sito e link alla funzione di prenotazione/richiesta diretta; specificare se attiva]</w:t>
            </w:r>
          </w:p>
        </w:tc>
      </w:tr>
      <w:tr w:rsidR="00F44464" w14:paraId="53A32ACB" w14:textId="77777777">
        <w:trPr>
          <w:trHeight w:val="1389"/>
        </w:trPr>
        <w:tc>
          <w:tcPr>
            <w:tcW w:w="292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9200C26" w14:textId="77777777" w:rsidR="00F44464" w:rsidRDefault="006F4425">
            <w:pPr>
              <w:spacing w:after="0"/>
            </w:pPr>
            <w:r>
              <w:rPr>
                <w:rFonts w:eastAsia="Times New Roman"/>
                <w:sz w:val="17"/>
              </w:rPr>
              <w:t>Collaborazioni/convenzioni con operatori turistici, culturali, ristorativi o produttivi di Pompei</w:t>
            </w:r>
          </w:p>
        </w:tc>
        <w:tc>
          <w:tcPr>
            <w:tcW w:w="9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D7EBA2A" w14:textId="77777777" w:rsidR="00F44464" w:rsidRDefault="006F44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10</w:t>
            </w:r>
          </w:p>
        </w:tc>
        <w:tc>
          <w:tcPr>
            <w:tcW w:w="625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1B8A51D" w14:textId="77777777" w:rsidR="00F44464" w:rsidRDefault="006F4425">
            <w:pPr>
              <w:spacing w:after="0"/>
            </w:pPr>
            <w:r>
              <w:rPr>
                <w:rFonts w:eastAsia="Times New Roman"/>
                <w:i/>
                <w:color w:val="5F5F5F"/>
                <w:sz w:val="17"/>
              </w:rPr>
              <w:t>[Elencare fino a 5 collaborazioni documentabili: operatore, sede, oggetto, periodo e riferimento verificabile. 2 punti ciascuna]</w:t>
            </w:r>
          </w:p>
        </w:tc>
      </w:tr>
    </w:tbl>
    <w:p w14:paraId="35AD7EE5" w14:textId="77777777" w:rsidR="00F44464" w:rsidRDefault="006F4425">
      <w:r>
        <w:br w:type="page"/>
      </w:r>
    </w:p>
    <w:p w14:paraId="5BE9E62A" w14:textId="77777777" w:rsidR="00F44464" w:rsidRDefault="006F4425">
      <w:pPr>
        <w:spacing w:after="100"/>
        <w:jc w:val="center"/>
      </w:pPr>
      <w:r>
        <w:rPr>
          <w:rFonts w:eastAsia="Times New Roman"/>
          <w:b/>
          <w:sz w:val="21"/>
        </w:rPr>
        <w:lastRenderedPageBreak/>
        <w:t>SCHEDA DI AUTOVALUTAZIONE - CONTINUAZIONE</w:t>
      </w:r>
    </w:p>
    <w:tbl>
      <w:tblPr>
        <w:tblW w:w="10091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26"/>
        <w:gridCol w:w="908"/>
        <w:gridCol w:w="6257"/>
      </w:tblGrid>
      <w:tr w:rsidR="00F44464" w14:paraId="6E3251B9" w14:textId="77777777">
        <w:trPr>
          <w:tblHeader/>
        </w:trPr>
        <w:tc>
          <w:tcPr>
            <w:tcW w:w="2926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72FC455" w14:textId="77777777" w:rsidR="00F44464" w:rsidRDefault="006F4425">
            <w:pPr>
              <w:spacing w:after="0"/>
              <w:jc w:val="center"/>
            </w:pPr>
            <w:r>
              <w:rPr>
                <w:rFonts w:eastAsia="Times New Roman"/>
                <w:b/>
                <w:sz w:val="17"/>
              </w:rPr>
              <w:t>Criterio</w:t>
            </w:r>
          </w:p>
        </w:tc>
        <w:tc>
          <w:tcPr>
            <w:tcW w:w="908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E8BBA02" w14:textId="77777777" w:rsidR="00F44464" w:rsidRDefault="006F4425">
            <w:pPr>
              <w:spacing w:after="0"/>
              <w:jc w:val="center"/>
            </w:pPr>
            <w:r>
              <w:rPr>
                <w:rFonts w:eastAsia="Times New Roman"/>
                <w:b/>
                <w:sz w:val="17"/>
              </w:rPr>
              <w:t>Punti max</w:t>
            </w:r>
          </w:p>
        </w:tc>
        <w:tc>
          <w:tcPr>
            <w:tcW w:w="6257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16BC35C" w14:textId="77777777" w:rsidR="00F44464" w:rsidRDefault="006F4425">
            <w:pPr>
              <w:spacing w:after="0"/>
              <w:jc w:val="center"/>
            </w:pPr>
            <w:r>
              <w:rPr>
                <w:rFonts w:eastAsia="Times New Roman"/>
                <w:b/>
                <w:sz w:val="17"/>
              </w:rPr>
              <w:t>Elementi dichiarati e riferimenti verificabili</w:t>
            </w:r>
          </w:p>
        </w:tc>
      </w:tr>
      <w:tr w:rsidR="00F44464" w14:paraId="04FA5BAA" w14:textId="77777777">
        <w:trPr>
          <w:trHeight w:val="1247"/>
        </w:trPr>
        <w:tc>
          <w:tcPr>
            <w:tcW w:w="292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B7613FB" w14:textId="77777777" w:rsidR="00F44464" w:rsidRDefault="006F4425">
            <w:pPr>
              <w:spacing w:after="0"/>
            </w:pPr>
            <w:r>
              <w:rPr>
                <w:rFonts w:eastAsia="Times New Roman"/>
                <w:sz w:val="17"/>
              </w:rPr>
              <w:t>Servizi/esperienze capaci di favorire una maggiore permanenza del turista</w:t>
            </w:r>
          </w:p>
        </w:tc>
        <w:tc>
          <w:tcPr>
            <w:tcW w:w="9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BE93BB5" w14:textId="77777777" w:rsidR="00F44464" w:rsidRDefault="006F44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10</w:t>
            </w:r>
          </w:p>
        </w:tc>
        <w:tc>
          <w:tcPr>
            <w:tcW w:w="625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DA45915" w14:textId="77777777" w:rsidR="00F44464" w:rsidRDefault="006F4425">
            <w:pPr>
              <w:spacing w:after="0"/>
            </w:pPr>
            <w:r>
              <w:rPr>
                <w:rFonts w:eastAsia="Times New Roman"/>
                <w:i/>
                <w:color w:val="5F5F5F"/>
                <w:sz w:val="17"/>
              </w:rPr>
              <w:t>[Descrivere servizi o esperienze effettivamente disponibili, condizioni di fruizione e impatto sulla permanenza]</w:t>
            </w:r>
          </w:p>
        </w:tc>
      </w:tr>
      <w:tr w:rsidR="00F44464" w14:paraId="70005016" w14:textId="77777777">
        <w:trPr>
          <w:trHeight w:val="1020"/>
        </w:trPr>
        <w:tc>
          <w:tcPr>
            <w:tcW w:w="292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39B44DA" w14:textId="77777777" w:rsidR="00F44464" w:rsidRDefault="006F4425">
            <w:pPr>
              <w:spacing w:after="0"/>
            </w:pPr>
            <w:r>
              <w:rPr>
                <w:rFonts w:eastAsia="Times New Roman"/>
                <w:sz w:val="17"/>
              </w:rPr>
              <w:t>Sito e/o materiale commerciale almeno in lingua inglese</w:t>
            </w:r>
          </w:p>
        </w:tc>
        <w:tc>
          <w:tcPr>
            <w:tcW w:w="9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6AD2C99" w14:textId="77777777" w:rsidR="00F44464" w:rsidRDefault="006F44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5</w:t>
            </w:r>
          </w:p>
        </w:tc>
        <w:tc>
          <w:tcPr>
            <w:tcW w:w="625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C94B568" w14:textId="77777777" w:rsidR="00F44464" w:rsidRDefault="006F4425">
            <w:pPr>
              <w:spacing w:after="0"/>
            </w:pPr>
            <w:r>
              <w:rPr>
                <w:rFonts w:eastAsia="Times New Roman"/>
                <w:i/>
                <w:color w:val="5F5F5F"/>
                <w:sz w:val="17"/>
              </w:rPr>
              <w:t>[Indicare URL o altro riferimento verificabile alla versione/materiale in lingua inglese]</w:t>
            </w:r>
          </w:p>
        </w:tc>
      </w:tr>
      <w:tr w:rsidR="00F44464" w14:paraId="40E00A94" w14:textId="77777777">
        <w:trPr>
          <w:trHeight w:val="1247"/>
        </w:trPr>
        <w:tc>
          <w:tcPr>
            <w:tcW w:w="292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70D5F31" w14:textId="77777777" w:rsidR="00F44464" w:rsidRDefault="006F4425">
            <w:pPr>
              <w:spacing w:after="0"/>
            </w:pPr>
            <w:r>
              <w:rPr>
                <w:rFonts w:eastAsia="Times New Roman"/>
                <w:sz w:val="17"/>
              </w:rPr>
              <w:t>Misure documentate di sostenibilità e/o accessibilità</w:t>
            </w:r>
          </w:p>
        </w:tc>
        <w:tc>
          <w:tcPr>
            <w:tcW w:w="9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709B6BD" w14:textId="77777777" w:rsidR="00F44464" w:rsidRDefault="006F4425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5</w:t>
            </w:r>
          </w:p>
        </w:tc>
        <w:tc>
          <w:tcPr>
            <w:tcW w:w="625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AB445A2" w14:textId="77777777" w:rsidR="00F44464" w:rsidRDefault="006F4425">
            <w:pPr>
              <w:spacing w:after="0"/>
            </w:pPr>
            <w:r>
              <w:rPr>
                <w:rFonts w:eastAsia="Times New Roman"/>
                <w:i/>
                <w:color w:val="5F5F5F"/>
                <w:sz w:val="17"/>
              </w:rPr>
              <w:t>[Descrivere almeno una misura pertinente, stato di attuazione e riferimento verificabile]</w:t>
            </w:r>
          </w:p>
        </w:tc>
      </w:tr>
    </w:tbl>
    <w:p w14:paraId="6E02A87A" w14:textId="77777777" w:rsidR="00F44464" w:rsidRDefault="006F4425">
      <w:pPr>
        <w:keepLines/>
        <w:spacing w:before="100"/>
      </w:pPr>
      <w:r>
        <w:rPr>
          <w:rFonts w:eastAsia="Times New Roman"/>
          <w:b/>
          <w:sz w:val="17"/>
        </w:rPr>
        <w:t xml:space="preserve">Nota: </w:t>
      </w:r>
      <w:r>
        <w:rPr>
          <w:rFonts w:eastAsia="Times New Roman"/>
          <w:i/>
          <w:sz w:val="17"/>
        </w:rPr>
        <w:t>non allegare ulteriore documentazione. Riportare nella presente scheda gli elementi utili alla valutazione e, ove disponibili, i relativi link o riferimenti verificabili.</w:t>
      </w:r>
    </w:p>
    <w:p w14:paraId="770652EB" w14:textId="77777777" w:rsidR="00F44464" w:rsidRDefault="006F4425">
      <w:pPr>
        <w:keepLines/>
        <w:spacing w:before="100" w:after="100"/>
      </w:pPr>
      <w:r>
        <w:rPr>
          <w:rFonts w:eastAsia="Times New Roman"/>
          <w:i/>
          <w:sz w:val="18"/>
        </w:rPr>
        <w:t>Il/La sottoscritto/a dichiara che le informazioni riportate corrispondono ai servizi effettivamente disponibili presso la struttura.</w:t>
      </w:r>
    </w:p>
    <w:tbl>
      <w:tblPr>
        <w:tblW w:w="1009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642"/>
        <w:gridCol w:w="5449"/>
      </w:tblGrid>
      <w:tr w:rsidR="00F44464" w14:paraId="167ACE78" w14:textId="77777777">
        <w:tc>
          <w:tcPr>
            <w:tcW w:w="464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8A7F24A" w14:textId="77777777" w:rsidR="00F44464" w:rsidRDefault="006F4425">
            <w:pPr>
              <w:spacing w:after="0"/>
            </w:pPr>
            <w:r>
              <w:rPr>
                <w:rFonts w:eastAsia="Times New Roman"/>
                <w:sz w:val="19"/>
              </w:rPr>
              <w:t>Luogo e data: ______________________________</w:t>
            </w:r>
          </w:p>
        </w:tc>
        <w:tc>
          <w:tcPr>
            <w:tcW w:w="544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E06D087" w14:textId="77777777" w:rsidR="00F44464" w:rsidRDefault="006F4425">
            <w:pPr>
              <w:spacing w:after="0"/>
              <w:jc w:val="center"/>
            </w:pPr>
            <w:r>
              <w:rPr>
                <w:rFonts w:eastAsia="Times New Roman"/>
                <w:b/>
                <w:sz w:val="19"/>
              </w:rPr>
              <w:t>Firma del legale rappresentante</w:t>
            </w:r>
          </w:p>
        </w:tc>
      </w:tr>
      <w:tr w:rsidR="00F44464" w14:paraId="18A7B856" w14:textId="77777777">
        <w:trPr>
          <w:trHeight w:val="397"/>
        </w:trPr>
        <w:tc>
          <w:tcPr>
            <w:tcW w:w="464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04F9C27" w14:textId="77777777" w:rsidR="00F44464" w:rsidRDefault="00F44464">
            <w:pPr>
              <w:spacing w:after="0"/>
            </w:pPr>
          </w:p>
        </w:tc>
        <w:tc>
          <w:tcPr>
            <w:tcW w:w="544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9262D62" w14:textId="77777777" w:rsidR="00F44464" w:rsidRDefault="006F4425">
            <w:pPr>
              <w:spacing w:after="0"/>
              <w:jc w:val="center"/>
            </w:pPr>
            <w:r>
              <w:rPr>
                <w:rFonts w:eastAsia="Times New Roman"/>
                <w:sz w:val="19"/>
              </w:rPr>
              <w:t>________________________________________</w:t>
            </w:r>
          </w:p>
        </w:tc>
      </w:tr>
    </w:tbl>
    <w:p w14:paraId="755771C7" w14:textId="77777777" w:rsidR="006F4425" w:rsidRDefault="006F4425"/>
    <w:sectPr w:rsidR="006F4425" w:rsidSect="00034616">
      <w:headerReference w:type="default" r:id="rId8"/>
      <w:footerReference w:type="default" r:id="rId9"/>
      <w:pgSz w:w="11906" w:h="16838"/>
      <w:pgMar w:top="822" w:right="907" w:bottom="765" w:left="907" w:header="198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0C8DD" w14:textId="77777777" w:rsidR="006F4425" w:rsidRDefault="006F4425">
      <w:pPr>
        <w:spacing w:after="0"/>
      </w:pPr>
      <w:r>
        <w:separator/>
      </w:r>
    </w:p>
  </w:endnote>
  <w:endnote w:type="continuationSeparator" w:id="0">
    <w:p w14:paraId="380AABA7" w14:textId="77777777" w:rsidR="006F4425" w:rsidRDefault="006F442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F0665" w14:textId="77777777" w:rsidR="00F44464" w:rsidRDefault="006F4425">
    <w:pPr>
      <w:pStyle w:val="Pidipagina"/>
      <w:jc w:val="center"/>
    </w:pPr>
    <w:r>
      <w:rPr>
        <w:rFonts w:ascii="Arial" w:eastAsia="Arial" w:hAnsi="Arial"/>
        <w:sz w:val="16"/>
      </w:rPr>
      <w:t xml:space="preserve">Pag. </w:t>
    </w:r>
    <w:r>
      <w:rPr>
        <w:rFonts w:ascii="Arial" w:eastAsia="Arial" w:hAnsi="Arial"/>
        <w:sz w:val="16"/>
      </w:rPr>
      <w:fldChar w:fldCharType="begin"/>
    </w:r>
    <w:r>
      <w:rPr>
        <w:rFonts w:ascii="Arial" w:eastAsia="Arial" w:hAnsi="Arial"/>
        <w:sz w:val="16"/>
      </w:rPr>
      <w:instrText xml:space="preserve"> PAGE </w:instrText>
    </w:r>
    <w:r>
      <w:rPr>
        <w:rFonts w:ascii="Arial" w:eastAsia="Arial" w:hAnsi="Arial"/>
        <w:sz w:val="16"/>
      </w:rPr>
      <w:fldChar w:fldCharType="separate"/>
    </w:r>
    <w:r>
      <w:rPr>
        <w:rFonts w:ascii="Arial" w:eastAsia="Arial" w:hAnsi="Arial"/>
        <w:sz w:val="16"/>
      </w:rPr>
      <w:t>1</w:t>
    </w:r>
    <w:r>
      <w:rPr>
        <w:rFonts w:ascii="Arial" w:eastAsia="Arial" w:hAnsi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435D6" w14:textId="77777777" w:rsidR="006F4425" w:rsidRDefault="006F4425">
      <w:pPr>
        <w:spacing w:after="0"/>
      </w:pPr>
      <w:r>
        <w:separator/>
      </w:r>
    </w:p>
  </w:footnote>
  <w:footnote w:type="continuationSeparator" w:id="0">
    <w:p w14:paraId="1E73E6E8" w14:textId="77777777" w:rsidR="006F4425" w:rsidRDefault="006F442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311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3118"/>
    </w:tblGrid>
    <w:tr w:rsidR="00086D9B" w14:paraId="0FE34417" w14:textId="77777777" w:rsidTr="00086D9B">
      <w:tc>
        <w:tcPr>
          <w:tcW w:w="3118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63D51EE3" w14:textId="77777777" w:rsidR="00086D9B" w:rsidRDefault="00086D9B">
          <w:pPr>
            <w:spacing w:after="0"/>
          </w:pPr>
          <w:r>
            <w:rPr>
              <w:noProof/>
            </w:rPr>
            <w:drawing>
              <wp:inline distT="0" distB="0" distL="0" distR="0" wp14:anchorId="0D177DBC" wp14:editId="593F5C67">
                <wp:extent cx="1674000" cy="726868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g-000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74000" cy="7268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53636000">
    <w:abstractNumId w:val="8"/>
  </w:num>
  <w:num w:numId="2" w16cid:durableId="754979705">
    <w:abstractNumId w:val="6"/>
  </w:num>
  <w:num w:numId="3" w16cid:durableId="1306281931">
    <w:abstractNumId w:val="5"/>
  </w:num>
  <w:num w:numId="4" w16cid:durableId="82073561">
    <w:abstractNumId w:val="4"/>
  </w:num>
  <w:num w:numId="5" w16cid:durableId="1744714895">
    <w:abstractNumId w:val="7"/>
  </w:num>
  <w:num w:numId="6" w16cid:durableId="338387559">
    <w:abstractNumId w:val="3"/>
  </w:num>
  <w:num w:numId="7" w16cid:durableId="238290373">
    <w:abstractNumId w:val="2"/>
  </w:num>
  <w:num w:numId="8" w16cid:durableId="56829246">
    <w:abstractNumId w:val="1"/>
  </w:num>
  <w:num w:numId="9" w16cid:durableId="624046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499C"/>
    <w:rsid w:val="0006063C"/>
    <w:rsid w:val="00086D9B"/>
    <w:rsid w:val="0015074B"/>
    <w:rsid w:val="0029639D"/>
    <w:rsid w:val="00326F90"/>
    <w:rsid w:val="006F4425"/>
    <w:rsid w:val="00AA1D8D"/>
    <w:rsid w:val="00B47730"/>
    <w:rsid w:val="00CB0664"/>
    <w:rsid w:val="00F444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A5ACE5"/>
  <w14:defaultImageDpi w14:val="300"/>
  <w15:docId w15:val="{1FC0FDC9-9E20-47E5-B304-88044D5B1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80" w:line="240" w:lineRule="auto"/>
    </w:pPr>
    <w:rPr>
      <w:rFonts w:ascii="Times New Roman" w:hAnsi="Times New Roman"/>
      <w:color w:val="000000"/>
      <w:sz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140"/>
      <w:outlineLvl w:val="0"/>
    </w:pPr>
    <w:rPr>
      <w:rFonts w:asciiTheme="majorHAnsi" w:eastAsiaTheme="majorEastAsia" w:hAnsiTheme="majorHAnsi" w:cstheme="majorBidi"/>
      <w:b/>
      <w:bCs/>
      <w:sz w:val="23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100" w:after="60"/>
      <w:outlineLvl w:val="1"/>
    </w:pPr>
    <w:rPr>
      <w:rFonts w:asciiTheme="majorHAnsi" w:eastAsiaTheme="majorEastAsia" w:hAnsiTheme="majorHAnsi" w:cstheme="majorBidi"/>
      <w:b/>
      <w:bCs/>
      <w:sz w:val="21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Antonio Simonetti</cp:lastModifiedBy>
  <cp:revision>2</cp:revision>
  <cp:lastPrinted>2026-09-03T06:26:00Z</cp:lastPrinted>
  <dcterms:created xsi:type="dcterms:W3CDTF">2013-12-23T23:15:00Z</dcterms:created>
  <dcterms:modified xsi:type="dcterms:W3CDTF">2026-09-03T06:26:00Z</dcterms:modified>
  <cp:category/>
</cp:coreProperties>
</file>