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3309" w14:textId="77777777" w:rsidR="00AA31E6" w:rsidRDefault="00CB208E">
      <w:pPr>
        <w:spacing w:before="60" w:after="40"/>
        <w:jc w:val="center"/>
      </w:pPr>
      <w:r>
        <w:rPr>
          <w:rFonts w:ascii="Arial" w:eastAsia="Arial" w:hAnsi="Arial"/>
          <w:b/>
          <w:sz w:val="21"/>
        </w:rPr>
        <w:t>SCHEDA SPECIFICA A/4</w:t>
      </w:r>
    </w:p>
    <w:p w14:paraId="0AF6E9FE" w14:textId="77777777" w:rsidR="00AA31E6" w:rsidRDefault="00CB208E">
      <w:pPr>
        <w:keepNext/>
        <w:spacing w:after="40"/>
        <w:jc w:val="center"/>
      </w:pPr>
      <w:r>
        <w:rPr>
          <w:rFonts w:ascii="Arial" w:eastAsia="Arial" w:hAnsi="Arial"/>
          <w:b/>
          <w:sz w:val="28"/>
        </w:rPr>
        <w:t>CATEGORIA C - PRODUZIONI AGROALIMENTARI E ARTIGIANALI IDENTITARIE</w:t>
      </w:r>
    </w:p>
    <w:p w14:paraId="3D7B7A48" w14:textId="77777777" w:rsidR="00AA31E6" w:rsidRDefault="00CB208E">
      <w:pPr>
        <w:spacing w:after="120"/>
        <w:jc w:val="center"/>
      </w:pPr>
      <w:r>
        <w:rPr>
          <w:rFonts w:eastAsia="Times New Roman"/>
          <w:b/>
          <w:sz w:val="21"/>
        </w:rPr>
        <w:t>Scheda prodotto</w:t>
      </w: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231"/>
        <w:gridCol w:w="1531"/>
        <w:gridCol w:w="3515"/>
      </w:tblGrid>
      <w:tr w:rsidR="00AA31E6" w14:paraId="0987D69B" w14:textId="77777777">
        <w:trPr>
          <w:trHeight w:val="351"/>
        </w:trPr>
        <w:tc>
          <w:tcPr>
            <w:tcW w:w="1814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0F0129" w14:textId="77777777" w:rsidR="00AA31E6" w:rsidRDefault="00CB208E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Operatore</w:t>
            </w:r>
          </w:p>
        </w:tc>
        <w:tc>
          <w:tcPr>
            <w:tcW w:w="32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AC5609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[Denominazione]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6D96CC" w14:textId="77777777" w:rsidR="00AA31E6" w:rsidRDefault="00CB208E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C.F./P. IVA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3EEFF2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[Dato]</w:t>
            </w:r>
          </w:p>
        </w:tc>
      </w:tr>
      <w:tr w:rsidR="00AA31E6" w14:paraId="75409287" w14:textId="77777777">
        <w:trPr>
          <w:trHeight w:val="351"/>
        </w:trPr>
        <w:tc>
          <w:tcPr>
            <w:tcW w:w="1814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40BAEC" w14:textId="77777777" w:rsidR="00AA31E6" w:rsidRDefault="00CB208E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Legale rappresentante</w:t>
            </w:r>
          </w:p>
        </w:tc>
        <w:tc>
          <w:tcPr>
            <w:tcW w:w="32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4FC3F2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[Nome e cognome]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1CEBC3" w14:textId="77777777" w:rsidR="00AA31E6" w:rsidRDefault="00CB208E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PEC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8D714E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[Indirizzo PEC]</w:t>
            </w:r>
          </w:p>
        </w:tc>
      </w:tr>
    </w:tbl>
    <w:p w14:paraId="4942330A" w14:textId="77777777" w:rsidR="00AA31E6" w:rsidRDefault="00CB208E">
      <w:pPr>
        <w:keepNext/>
      </w:pPr>
      <w:r>
        <w:rPr>
          <w:rFonts w:eastAsia="Times New Roman"/>
          <w:i/>
          <w:color w:val="4F4F4F"/>
          <w:sz w:val="18"/>
        </w:rPr>
        <w:t>Descrivere il prodotto e riportare nei campi i dati, i riferimenti e gli eventuali link verificabili. Non allegare ulteriore documentazione.</w:t>
      </w:r>
    </w:p>
    <w:tbl>
      <w:tblPr>
        <w:tblW w:w="1009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6"/>
        <w:gridCol w:w="908"/>
        <w:gridCol w:w="6257"/>
      </w:tblGrid>
      <w:tr w:rsidR="00AA31E6" w14:paraId="7DFEC177" w14:textId="77777777">
        <w:trPr>
          <w:tblHeader/>
        </w:trPr>
        <w:tc>
          <w:tcPr>
            <w:tcW w:w="2926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ACD2FD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Criterio</w:t>
            </w:r>
          </w:p>
        </w:tc>
        <w:tc>
          <w:tcPr>
            <w:tcW w:w="908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26EAE9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Punti max</w:t>
            </w:r>
          </w:p>
        </w:tc>
        <w:tc>
          <w:tcPr>
            <w:tcW w:w="625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0EAC8E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Elementi dichiarati e riferimenti verificabili</w:t>
            </w:r>
          </w:p>
        </w:tc>
      </w:tr>
      <w:tr w:rsidR="00AA31E6" w14:paraId="6660E8FE" w14:textId="77777777">
        <w:trPr>
          <w:trHeight w:val="1162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50E074" w14:textId="77777777" w:rsidR="00AA31E6" w:rsidRDefault="00CB208E">
            <w:pPr>
              <w:spacing w:after="0"/>
            </w:pPr>
            <w:r>
              <w:rPr>
                <w:rFonts w:eastAsia="Times New Roman"/>
                <w:sz w:val="17"/>
              </w:rPr>
              <w:t>Legame documentato della produzione con Pompei e/o con il territorio vesuviano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BF7D1D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2F7322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[Descrivere origine, luogo e processo produttivo, filiera e specifico legame territoriale; indicare riferimenti verificabili]</w:t>
            </w:r>
          </w:p>
        </w:tc>
      </w:tr>
      <w:tr w:rsidR="00AA31E6" w14:paraId="7E934452" w14:textId="77777777">
        <w:trPr>
          <w:trHeight w:val="1162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D74C0A" w14:textId="77777777" w:rsidR="00AA31E6" w:rsidRDefault="00CB208E">
            <w:pPr>
              <w:spacing w:after="0"/>
            </w:pPr>
            <w:r>
              <w:rPr>
                <w:rFonts w:eastAsia="Times New Roman"/>
                <w:sz w:val="17"/>
              </w:rPr>
              <w:t>Qualità, tipicità e riconoscibilità del prodotto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8CE777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986CCF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[Descrivere caratteristiche distintive, materie prime, processo, storia e posizionamento del prodotto]</w:t>
            </w:r>
          </w:p>
        </w:tc>
      </w:tr>
      <w:tr w:rsidR="00AA31E6" w14:paraId="359FDE59" w14:textId="77777777">
        <w:trPr>
          <w:trHeight w:val="1219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B0F931" w14:textId="77777777" w:rsidR="00AA31E6" w:rsidRDefault="00CB208E">
            <w:pPr>
              <w:spacing w:after="0"/>
            </w:pPr>
            <w:r>
              <w:rPr>
                <w:rFonts w:eastAsia="Times New Roman"/>
                <w:sz w:val="17"/>
              </w:rPr>
              <w:t>Potenziale di inserimento nell'offerta turistica della Destinazione Pompei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54D34D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3AE63E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[Descrivere fruibilità/commercializzabilità per il mercato turistico, formato, prezzo, distribuzione e possibili integrazioni]</w:t>
            </w:r>
          </w:p>
        </w:tc>
      </w:tr>
    </w:tbl>
    <w:p w14:paraId="5121BFB1" w14:textId="77777777" w:rsidR="00AA31E6" w:rsidRDefault="00CB208E">
      <w:r>
        <w:br w:type="page"/>
      </w:r>
    </w:p>
    <w:p w14:paraId="16C3CE75" w14:textId="77777777" w:rsidR="00AA31E6" w:rsidRDefault="00CB208E">
      <w:pPr>
        <w:spacing w:after="100"/>
        <w:jc w:val="center"/>
      </w:pPr>
      <w:r>
        <w:rPr>
          <w:rFonts w:eastAsia="Times New Roman"/>
          <w:b/>
          <w:sz w:val="21"/>
        </w:rPr>
        <w:lastRenderedPageBreak/>
        <w:t>SCHEDA DI AUTOVALUTAZIONE - CONTINUAZIONE</w:t>
      </w:r>
    </w:p>
    <w:tbl>
      <w:tblPr>
        <w:tblW w:w="1009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6"/>
        <w:gridCol w:w="908"/>
        <w:gridCol w:w="6257"/>
      </w:tblGrid>
      <w:tr w:rsidR="00AA31E6" w14:paraId="390923CF" w14:textId="77777777">
        <w:trPr>
          <w:tblHeader/>
        </w:trPr>
        <w:tc>
          <w:tcPr>
            <w:tcW w:w="2926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D41A38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Criterio</w:t>
            </w:r>
          </w:p>
        </w:tc>
        <w:tc>
          <w:tcPr>
            <w:tcW w:w="908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FECDA2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Punti max</w:t>
            </w:r>
          </w:p>
        </w:tc>
        <w:tc>
          <w:tcPr>
            <w:tcW w:w="625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2379EC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Elementi dichiarati e riferimenti verificabili</w:t>
            </w:r>
          </w:p>
        </w:tc>
      </w:tr>
      <w:tr w:rsidR="00AA31E6" w14:paraId="7E1E6989" w14:textId="77777777">
        <w:trPr>
          <w:trHeight w:val="1077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AF8435" w14:textId="77777777" w:rsidR="00AA31E6" w:rsidRDefault="00CB208E">
            <w:pPr>
              <w:spacing w:after="0"/>
            </w:pPr>
            <w:r>
              <w:rPr>
                <w:rFonts w:eastAsia="Times New Roman"/>
                <w:sz w:val="17"/>
              </w:rPr>
              <w:t>Certificazioni, riconoscimenti o sistemi di qualità, ove applicabili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6FAE16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764ABF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denominazione, numero, ente, validità e link. Per produzioni non assoggettabili, indicare riconoscimenti/documentazione equivalente]</w:t>
            </w:r>
          </w:p>
        </w:tc>
      </w:tr>
      <w:tr w:rsidR="00AA31E6" w14:paraId="225B184B" w14:textId="77777777">
        <w:trPr>
          <w:trHeight w:val="1049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C3990A" w14:textId="77777777" w:rsidR="00AA31E6" w:rsidRDefault="00CB208E">
            <w:pPr>
              <w:spacing w:after="0"/>
            </w:pPr>
            <w:r>
              <w:rPr>
                <w:rFonts w:eastAsia="Times New Roman"/>
                <w:sz w:val="17"/>
              </w:rPr>
              <w:t>Degustazione, dimostrazione o presentazione allo stand, ove autorizzata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D3009B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CB0A68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[Descrivere attività proposta, fabbisogni tecnici, tempi, gestione igienico-sanitaria e fattibilità]</w:t>
            </w:r>
          </w:p>
        </w:tc>
      </w:tr>
      <w:tr w:rsidR="00AA31E6" w14:paraId="0A0F8A5A" w14:textId="77777777">
        <w:trPr>
          <w:trHeight w:val="879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BFA6ED" w14:textId="77777777" w:rsidR="00AA31E6" w:rsidRDefault="00CB208E">
            <w:pPr>
              <w:spacing w:after="0"/>
            </w:pPr>
            <w:r>
              <w:rPr>
                <w:rFonts w:eastAsia="Times New Roman"/>
                <w:sz w:val="17"/>
              </w:rPr>
              <w:t>Materiale promozionale almeno in lingua inglese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7395FC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4DADC0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URL o altro riferimento verificabile al materiale in lingua inglese]</w:t>
            </w:r>
          </w:p>
        </w:tc>
      </w:tr>
      <w:tr w:rsidR="00AA31E6" w14:paraId="39C1E56E" w14:textId="77777777">
        <w:trPr>
          <w:trHeight w:val="992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3B4BE1" w14:textId="77777777" w:rsidR="00AA31E6" w:rsidRDefault="00CB208E">
            <w:pPr>
              <w:spacing w:after="0"/>
            </w:pPr>
            <w:r>
              <w:rPr>
                <w:rFonts w:eastAsia="Times New Roman"/>
                <w:sz w:val="17"/>
              </w:rPr>
              <w:t>Sito internet, e-commerce o altro canale digitale di promozione/vendita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DABE85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CBCE9B" w14:textId="77777777" w:rsidR="00AA31E6" w:rsidRDefault="00CB208E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URL, canale, stato di attività e modalità di acquisto/contatto]</w:t>
            </w:r>
          </w:p>
        </w:tc>
      </w:tr>
    </w:tbl>
    <w:p w14:paraId="5E8B6D9F" w14:textId="77777777" w:rsidR="00AA31E6" w:rsidRDefault="00CB208E">
      <w:pPr>
        <w:keepLines/>
        <w:spacing w:before="100"/>
      </w:pPr>
      <w:r>
        <w:rPr>
          <w:rFonts w:eastAsia="Times New Roman"/>
          <w:b/>
          <w:sz w:val="17"/>
        </w:rPr>
        <w:t xml:space="preserve">Nota: </w:t>
      </w:r>
      <w:r>
        <w:rPr>
          <w:rFonts w:eastAsia="Times New Roman"/>
          <w:i/>
          <w:sz w:val="17"/>
        </w:rPr>
        <w:t>non allegare ulteriore documentazione. Riportare nella presente scheda gli elementi utili alla valutazione e, ove disponibili, i relativi link o riferimenti verificabili.</w:t>
      </w:r>
    </w:p>
    <w:p w14:paraId="25F9639A" w14:textId="77777777" w:rsidR="00AA31E6" w:rsidRDefault="00CB208E">
      <w:pPr>
        <w:keepLines/>
        <w:spacing w:before="100" w:after="100"/>
      </w:pPr>
      <w:r>
        <w:rPr>
          <w:rFonts w:eastAsia="Times New Roman"/>
          <w:i/>
          <w:sz w:val="18"/>
        </w:rPr>
        <w:t>Il/La sottoscritto/a dichiara che le informazioni riportate corrispondono alle caratteristiche e alle modalità effettive di produzione e commercializzazione.</w:t>
      </w:r>
    </w:p>
    <w:tbl>
      <w:tblPr>
        <w:tblW w:w="1009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2"/>
        <w:gridCol w:w="5449"/>
      </w:tblGrid>
      <w:tr w:rsidR="00AA31E6" w14:paraId="387F2B14" w14:textId="77777777">
        <w:tc>
          <w:tcPr>
            <w:tcW w:w="464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6EC191" w14:textId="77777777" w:rsidR="00AA31E6" w:rsidRDefault="00CB208E">
            <w:pPr>
              <w:spacing w:after="0"/>
            </w:pPr>
            <w:r>
              <w:rPr>
                <w:rFonts w:eastAsia="Times New Roman"/>
                <w:sz w:val="19"/>
              </w:rPr>
              <w:t>Luogo e data: ______________________________</w:t>
            </w:r>
          </w:p>
        </w:tc>
        <w:tc>
          <w:tcPr>
            <w:tcW w:w="544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04C17A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b/>
                <w:sz w:val="19"/>
              </w:rPr>
              <w:t>Firma del legale rappresentante</w:t>
            </w:r>
          </w:p>
        </w:tc>
      </w:tr>
      <w:tr w:rsidR="00AA31E6" w14:paraId="60E8890F" w14:textId="77777777">
        <w:trPr>
          <w:trHeight w:val="397"/>
        </w:trPr>
        <w:tc>
          <w:tcPr>
            <w:tcW w:w="464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A47C3B" w14:textId="77777777" w:rsidR="00AA31E6" w:rsidRDefault="00AA31E6">
            <w:pPr>
              <w:spacing w:after="0"/>
            </w:pPr>
          </w:p>
        </w:tc>
        <w:tc>
          <w:tcPr>
            <w:tcW w:w="544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3E8E5F" w14:textId="77777777" w:rsidR="00AA31E6" w:rsidRDefault="00CB208E">
            <w:pPr>
              <w:spacing w:after="0"/>
              <w:jc w:val="center"/>
            </w:pPr>
            <w:r>
              <w:rPr>
                <w:rFonts w:eastAsia="Times New Roman"/>
                <w:sz w:val="19"/>
              </w:rPr>
              <w:t>________________________________________</w:t>
            </w:r>
          </w:p>
        </w:tc>
      </w:tr>
    </w:tbl>
    <w:p w14:paraId="53DEF2C8" w14:textId="77777777" w:rsidR="00CB208E" w:rsidRDefault="00CB208E"/>
    <w:sectPr w:rsidR="00CB208E" w:rsidSect="00034616">
      <w:headerReference w:type="default" r:id="rId8"/>
      <w:footerReference w:type="default" r:id="rId9"/>
      <w:pgSz w:w="11906" w:h="16838"/>
      <w:pgMar w:top="822" w:right="907" w:bottom="765" w:left="907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F0B26" w14:textId="77777777" w:rsidR="00CB208E" w:rsidRDefault="00CB208E">
      <w:pPr>
        <w:spacing w:after="0"/>
      </w:pPr>
      <w:r>
        <w:separator/>
      </w:r>
    </w:p>
  </w:endnote>
  <w:endnote w:type="continuationSeparator" w:id="0">
    <w:p w14:paraId="5ECF110C" w14:textId="77777777" w:rsidR="00CB208E" w:rsidRDefault="00CB20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D694" w14:textId="77777777" w:rsidR="00AA31E6" w:rsidRDefault="00CB208E">
    <w:pPr>
      <w:pStyle w:val="Pidipagina"/>
      <w:jc w:val="center"/>
    </w:pPr>
    <w:r>
      <w:rPr>
        <w:rFonts w:ascii="Arial" w:eastAsia="Arial" w:hAnsi="Arial"/>
        <w:sz w:val="16"/>
      </w:rPr>
      <w:t xml:space="preserve">Pag. </w:t>
    </w:r>
    <w:r>
      <w:rPr>
        <w:rFonts w:ascii="Arial" w:eastAsia="Arial" w:hAnsi="Arial"/>
        <w:sz w:val="16"/>
      </w:rPr>
      <w:fldChar w:fldCharType="begin"/>
    </w:r>
    <w:r>
      <w:rPr>
        <w:rFonts w:ascii="Arial" w:eastAsia="Arial" w:hAnsi="Arial"/>
        <w:sz w:val="16"/>
      </w:rPr>
      <w:instrText xml:space="preserve"> PAGE </w:instrText>
    </w:r>
    <w:r>
      <w:rPr>
        <w:rFonts w:ascii="Arial" w:eastAsia="Arial" w:hAnsi="Arial"/>
        <w:sz w:val="16"/>
      </w:rPr>
      <w:fldChar w:fldCharType="separate"/>
    </w:r>
    <w:r>
      <w:rPr>
        <w:rFonts w:ascii="Arial" w:eastAsia="Arial" w:hAnsi="Arial"/>
        <w:sz w:val="16"/>
      </w:rPr>
      <w:t>1</w:t>
    </w:r>
    <w:r>
      <w:rPr>
        <w:rFonts w:ascii="Arial" w:eastAsia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A6166" w14:textId="77777777" w:rsidR="00CB208E" w:rsidRDefault="00CB208E">
      <w:pPr>
        <w:spacing w:after="0"/>
      </w:pPr>
      <w:r>
        <w:separator/>
      </w:r>
    </w:p>
  </w:footnote>
  <w:footnote w:type="continuationSeparator" w:id="0">
    <w:p w14:paraId="6253751F" w14:textId="77777777" w:rsidR="00CB208E" w:rsidRDefault="00CB20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1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118"/>
    </w:tblGrid>
    <w:tr w:rsidR="00511A96" w14:paraId="35D6AB9B" w14:textId="77777777" w:rsidTr="00511A96">
      <w:tc>
        <w:tcPr>
          <w:tcW w:w="311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5D4318B" w14:textId="77777777" w:rsidR="00511A96" w:rsidRDefault="00511A96">
          <w:pPr>
            <w:spacing w:after="0"/>
          </w:pPr>
          <w:r>
            <w:rPr>
              <w:noProof/>
            </w:rPr>
            <w:drawing>
              <wp:inline distT="0" distB="0" distL="0" distR="0" wp14:anchorId="57B579E5" wp14:editId="68121816">
                <wp:extent cx="1674000" cy="72686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000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000" cy="726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1347510">
    <w:abstractNumId w:val="8"/>
  </w:num>
  <w:num w:numId="2" w16cid:durableId="376441834">
    <w:abstractNumId w:val="6"/>
  </w:num>
  <w:num w:numId="3" w16cid:durableId="1832866948">
    <w:abstractNumId w:val="5"/>
  </w:num>
  <w:num w:numId="4" w16cid:durableId="822938451">
    <w:abstractNumId w:val="4"/>
  </w:num>
  <w:num w:numId="5" w16cid:durableId="2128426992">
    <w:abstractNumId w:val="7"/>
  </w:num>
  <w:num w:numId="6" w16cid:durableId="1009412130">
    <w:abstractNumId w:val="3"/>
  </w:num>
  <w:num w:numId="7" w16cid:durableId="2014720599">
    <w:abstractNumId w:val="2"/>
  </w:num>
  <w:num w:numId="8" w16cid:durableId="773208705">
    <w:abstractNumId w:val="1"/>
  </w:num>
  <w:num w:numId="9" w16cid:durableId="159019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5138"/>
    <w:rsid w:val="0029639D"/>
    <w:rsid w:val="00326F90"/>
    <w:rsid w:val="00511A96"/>
    <w:rsid w:val="00AA1D8D"/>
    <w:rsid w:val="00AA31E6"/>
    <w:rsid w:val="00B47730"/>
    <w:rsid w:val="00CB0664"/>
    <w:rsid w:val="00CB20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6A801D"/>
  <w14:defaultImageDpi w14:val="300"/>
  <w15:docId w15:val="{6FA00DEB-757D-4412-AD2E-1B6E9BC0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40" w:lineRule="auto"/>
    </w:pPr>
    <w:rPr>
      <w:rFonts w:ascii="Times New Roman" w:hAnsi="Times New Roman"/>
      <w:color w:val="000000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sz w:val="23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Simonetti</cp:lastModifiedBy>
  <cp:revision>2</cp:revision>
  <cp:lastPrinted>2026-09-03T06:26:00Z</cp:lastPrinted>
  <dcterms:created xsi:type="dcterms:W3CDTF">2013-12-23T23:15:00Z</dcterms:created>
  <dcterms:modified xsi:type="dcterms:W3CDTF">2026-09-03T06:26:00Z</dcterms:modified>
  <cp:category/>
</cp:coreProperties>
</file>